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D36B7" w:rsidRDefault="002E2E48" w14:paraId="00000001" w14:textId="77777777">
      <w:pPr>
        <w:pStyle w:val="Title"/>
        <w:jc w:val="center"/>
        <w:rPr>
          <w:sz w:val="50"/>
          <w:szCs w:val="50"/>
        </w:rPr>
      </w:pPr>
      <w:r>
        <w:rPr>
          <w:sz w:val="50"/>
          <w:szCs w:val="50"/>
        </w:rPr>
        <w:t>EATON COUNTY HISTORICAL COMMISSION</w:t>
      </w:r>
    </w:p>
    <w:p w:rsidR="00BD36B7" w:rsidRDefault="002E2E48" w14:paraId="00000002" w14:textId="77777777">
      <w:pPr>
        <w:jc w:val="center"/>
        <w:rPr>
          <w:rFonts w:ascii="Calibri" w:hAnsi="Calibri" w:eastAsia="Calibri" w:cs="Calibri"/>
          <w:sz w:val="26"/>
          <w:szCs w:val="26"/>
        </w:rPr>
      </w:pPr>
      <w:r>
        <w:rPr>
          <w:rFonts w:ascii="Calibri" w:hAnsi="Calibri" w:eastAsia="Calibri" w:cs="Calibri"/>
          <w:sz w:val="26"/>
          <w:szCs w:val="26"/>
        </w:rPr>
        <w:t>P.O. Box 411    Charlotte, Michigan 48813</w:t>
      </w:r>
      <w:r>
        <w:rPr>
          <w:rFonts w:ascii="Calibri" w:hAnsi="Calibri" w:eastAsia="Calibri" w:cs="Calibri"/>
          <w:sz w:val="26"/>
          <w:szCs w:val="26"/>
        </w:rPr>
        <w:br/>
      </w:r>
      <w:r>
        <w:rPr>
          <w:rFonts w:ascii="Calibri" w:hAnsi="Calibri" w:eastAsia="Calibri" w:cs="Calibri"/>
          <w:sz w:val="26"/>
          <w:szCs w:val="26"/>
        </w:rPr>
        <w:t>(517) 543-6999</w:t>
      </w:r>
    </w:p>
    <w:p w:rsidR="00BD36B7" w:rsidRDefault="002E2E48" w14:paraId="00000003" w14:textId="77777777">
      <w:pPr>
        <w:jc w:val="center"/>
        <w:rPr>
          <w:rFonts w:ascii="Calibri" w:hAnsi="Calibri" w:eastAsia="Calibri" w:cs="Calibri"/>
          <w:sz w:val="36"/>
          <w:szCs w:val="36"/>
        </w:rPr>
      </w:pPr>
      <w:r>
        <w:rPr>
          <w:rFonts w:ascii="Calibri" w:hAnsi="Calibri" w:eastAsia="Calibri" w:cs="Calibri"/>
          <w:sz w:val="36"/>
          <w:szCs w:val="36"/>
        </w:rPr>
        <w:t>Grant Application</w:t>
      </w:r>
    </w:p>
    <w:p w:rsidR="00BD36B7" w:rsidRDefault="002E2E48" w14:paraId="00000004" w14:textId="77777777">
      <w:pPr>
        <w:pStyle w:val="Heading1"/>
      </w:pPr>
      <w:r>
        <w:t>Section I – Applicant Information</w:t>
      </w:r>
    </w:p>
    <w:p w:rsidR="00BD36B7" w:rsidRDefault="002E2E48" w14:paraId="00000005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Name of Applicant / Authorized Representative: </w:t>
      </w:r>
      <w:r>
        <w:rPr>
          <w:rFonts w:ascii="Calibri" w:hAnsi="Calibri" w:eastAsia="Calibri" w:cs="Calibri"/>
        </w:rPr>
        <w:t>_____________________________________</w:t>
      </w:r>
    </w:p>
    <w:p w:rsidR="00BD36B7" w:rsidRDefault="002E2E48" w14:paraId="00000006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Date Submitted: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07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Daytime Phone Number: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08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Email Address: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09" w14:textId="77777777">
      <w:pPr>
        <w:pStyle w:val="Heading1"/>
      </w:pPr>
      <w:r>
        <w:t>Organization Information</w:t>
      </w:r>
    </w:p>
    <w:p w:rsidR="00BD36B7" w:rsidRDefault="002E2E48" w14:paraId="0000000A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Organization Name: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0B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Mailing Address: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0C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Organization Phone Number: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0D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Federal Identification Number (FEIN):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0E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Year Organization Was Established: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0F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Number of Active Members: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10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Organization’s Annual Operating Budget: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11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Is the Organization a 501(c)(3) Non‑Profit? </w:t>
      </w:r>
      <w:r>
        <w:rPr>
          <w:rFonts w:ascii="Calibri" w:hAnsi="Calibri" w:eastAsia="Calibri" w:cs="Calibri"/>
        </w:rPr>
        <w:t>☐</w:t>
      </w:r>
      <w:r>
        <w:rPr>
          <w:rFonts w:ascii="Calibri" w:hAnsi="Calibri" w:eastAsia="Calibri" w:cs="Calibri"/>
        </w:rPr>
        <w:t xml:space="preserve"> Yes     ☐ No     ☐ Fiscal Sponsor (explain): __________________________</w:t>
      </w:r>
    </w:p>
    <w:p w:rsidR="00BD36B7" w:rsidRDefault="002E2E48" w14:paraId="00000012" w14:textId="77777777">
      <w:pPr>
        <w:pStyle w:val="Heading1"/>
      </w:pPr>
      <w:r>
        <w:t>Section II – Organization Overview</w:t>
      </w:r>
    </w:p>
    <w:p w:rsidR="00BD36B7" w:rsidRDefault="002E2E48" w14:paraId="00000013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Brief History of the organization (Include founding date, purpose, and key activities related to history, preservation, education, or heritage.)</w:t>
      </w:r>
    </w:p>
    <w:p w:rsidR="00BD36B7" w:rsidRDefault="002E2E48" w14:paraId="00000014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15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16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17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P="28801D05" w:rsidRDefault="002E2E48" w14:paraId="00000018" w14:textId="77777777">
      <w:pPr>
        <w:rPr>
          <w:rFonts w:ascii="Calibri" w:hAnsi="Calibri" w:eastAsia="Calibri" w:cs="Calibri"/>
          <w:lang w:val="en-US"/>
        </w:rPr>
      </w:pPr>
      <w:r w:rsidRPr="28801D05" w:rsidR="1B5A27E6">
        <w:rPr>
          <w:rFonts w:ascii="Calibri" w:hAnsi="Calibri" w:eastAsia="Calibri" w:cs="Calibri"/>
          <w:lang w:val="en-US"/>
        </w:rPr>
        <w:t>M</w:t>
      </w:r>
      <w:r w:rsidRPr="28801D05" w:rsidR="1B5A27E6">
        <w:rPr>
          <w:rFonts w:ascii="Calibri" w:hAnsi="Calibri" w:eastAsia="Calibri" w:cs="Calibri"/>
          <w:lang w:val="en-US"/>
        </w:rPr>
        <w:t xml:space="preserve">ission and Goals of the Organization (What do you aim to preserve, interpret, or promote? Who do you </w:t>
      </w:r>
      <w:bookmarkStart w:name="_Int_QvRCTN6z" w:id="618316125"/>
      <w:r w:rsidRPr="28801D05" w:rsidR="1B5A27E6">
        <w:rPr>
          <w:rFonts w:ascii="Calibri" w:hAnsi="Calibri" w:eastAsia="Calibri" w:cs="Calibri"/>
          <w:lang w:val="en-US"/>
        </w:rPr>
        <w:t>serve?</w:t>
      </w:r>
      <w:r w:rsidRPr="28801D05" w:rsidR="1B5A27E6">
        <w:rPr>
          <w:rFonts w:ascii="Calibri" w:hAnsi="Calibri" w:eastAsia="Calibri" w:cs="Calibri"/>
          <w:lang w:val="en-US"/>
        </w:rPr>
        <w:t>)</w:t>
      </w:r>
      <w:bookmarkEnd w:id="618316125"/>
    </w:p>
    <w:p w:rsidR="00BD36B7" w:rsidRDefault="002E2E48" w14:paraId="00000019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1A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1B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1C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Organization Leadership (Name / Title / Role): </w:t>
      </w:r>
      <w:r>
        <w:rPr>
          <w:rFonts w:ascii="Calibri" w:hAnsi="Calibri" w:eastAsia="Calibri" w:cs="Calibri"/>
        </w:rPr>
        <w:t>________________________________________</w:t>
      </w:r>
    </w:p>
    <w:p w:rsidR="00BD36B7" w:rsidRDefault="002E2E48" w14:paraId="0000001D" w14:textId="77777777">
      <w:pPr>
        <w:pStyle w:val="Heading1"/>
      </w:pPr>
      <w:r>
        <w:t>Section III – Project Information</w:t>
      </w:r>
    </w:p>
    <w:p w:rsidR="00BD36B7" w:rsidRDefault="002E2E48" w14:paraId="0000001E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Project Title: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1F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Primary Project Contact: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20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Phone Number: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21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Project Narrative</w:t>
      </w:r>
    </w:p>
    <w:p w:rsidR="00BD36B7" w:rsidP="28801D05" w:rsidRDefault="002E2E48" w14:paraId="00000022" w14:textId="3B11C07B">
      <w:pPr>
        <w:rPr>
          <w:rFonts w:ascii="Calibri" w:hAnsi="Calibri" w:eastAsia="Calibri" w:cs="Calibri"/>
          <w:lang w:val="en-US"/>
        </w:rPr>
      </w:pPr>
      <w:r w:rsidRPr="28801D05" w:rsidR="1B5A27E6">
        <w:rPr>
          <w:rFonts w:ascii="Calibri" w:hAnsi="Calibri" w:eastAsia="Calibri" w:cs="Calibri"/>
          <w:lang w:val="en-US"/>
        </w:rPr>
        <w:t xml:space="preserve">1. Project Description (What will be created, restored, researched, interpreted, or presented? Where will it take </w:t>
      </w:r>
      <w:r w:rsidRPr="28801D05" w:rsidR="7DDEFAC2">
        <w:rPr>
          <w:rFonts w:ascii="Calibri" w:hAnsi="Calibri" w:eastAsia="Calibri" w:cs="Calibri"/>
          <w:lang w:val="en-US"/>
        </w:rPr>
        <w:t>place?)</w:t>
      </w:r>
    </w:p>
    <w:p w:rsidR="00BD36B7" w:rsidRDefault="002E2E48" w14:paraId="00000023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24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25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26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2. Project Need &amp; Purpose (Why is this project important now? What need does it address?)</w:t>
      </w:r>
    </w:p>
    <w:p w:rsidR="00BD36B7" w:rsidRDefault="002E2E48" w14:paraId="00000027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28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29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P="28801D05" w:rsidRDefault="002E2E48" w14:paraId="0000002A" w14:textId="77777777">
      <w:pPr>
        <w:rPr>
          <w:rFonts w:ascii="Calibri" w:hAnsi="Calibri" w:eastAsia="Calibri" w:cs="Calibri"/>
          <w:lang w:val="en-US"/>
        </w:rPr>
      </w:pPr>
      <w:r w:rsidRPr="28801D05" w:rsidR="1B5A27E6">
        <w:rPr>
          <w:rFonts w:ascii="Calibri" w:hAnsi="Calibri" w:eastAsia="Calibri" w:cs="Calibri"/>
          <w:lang w:val="en-US"/>
        </w:rPr>
        <w:t>3. Expected Outcomes (Examples: increased public access, educational impact, preservation of materials, community engagement</w:t>
      </w:r>
      <w:r w:rsidRPr="28801D05" w:rsidR="1B5A27E6">
        <w:rPr>
          <w:rFonts w:ascii="Calibri" w:hAnsi="Calibri" w:eastAsia="Calibri" w:cs="Calibri"/>
          <w:lang w:val="en-US"/>
        </w:rPr>
        <w:t>.)</w:t>
      </w:r>
    </w:p>
    <w:p w:rsidR="00BD36B7" w:rsidRDefault="002E2E48" w14:paraId="0000002B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2C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2D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P="28801D05" w:rsidRDefault="002E2E48" w14:paraId="0000002E" w14:textId="77777777">
      <w:pPr>
        <w:rPr>
          <w:rFonts w:ascii="Calibri" w:hAnsi="Calibri" w:eastAsia="Calibri" w:cs="Calibri"/>
          <w:lang w:val="en-US"/>
        </w:rPr>
      </w:pPr>
      <w:r w:rsidRPr="28801D05" w:rsidR="1B5A27E6">
        <w:rPr>
          <w:rFonts w:ascii="Calibri" w:hAnsi="Calibri" w:eastAsia="Calibri" w:cs="Calibri"/>
          <w:lang w:val="en-US"/>
        </w:rPr>
        <w:t xml:space="preserve">4. </w:t>
      </w:r>
      <w:r w:rsidRPr="28801D05" w:rsidR="1B5A27E6">
        <w:rPr>
          <w:rFonts w:ascii="Calibri" w:hAnsi="Calibri" w:eastAsia="Calibri" w:cs="Calibri"/>
          <w:lang w:val="en-US"/>
        </w:rPr>
        <w:t>Use of</w:t>
      </w:r>
      <w:r w:rsidRPr="28801D05" w:rsidR="1B5A27E6">
        <w:rPr>
          <w:rFonts w:ascii="Calibri" w:hAnsi="Calibri" w:eastAsia="Calibri" w:cs="Calibri"/>
          <w:lang w:val="en-US"/>
        </w:rPr>
        <w:t xml:space="preserve"> Grant Funds (Provide a brief explanation of how grant funds will be spent</w:t>
      </w:r>
      <w:r w:rsidRPr="28801D05" w:rsidR="1B5A27E6">
        <w:rPr>
          <w:rFonts w:ascii="Calibri" w:hAnsi="Calibri" w:eastAsia="Calibri" w:cs="Calibri"/>
          <w:lang w:val="en-US"/>
        </w:rPr>
        <w:t>.)</w:t>
      </w:r>
    </w:p>
    <w:p w:rsidR="00BD36B7" w:rsidRDefault="002E2E48" w14:paraId="0000002F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30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31" w14:textId="77777777">
      <w:pPr>
        <w:pStyle w:val="Heading1"/>
      </w:pPr>
      <w:r>
        <w:t>Section IV – Historic &amp; Cultural Significance</w:t>
      </w:r>
    </w:p>
    <w:p w:rsidR="00BD36B7" w:rsidRDefault="002E2E48" w14:paraId="00000032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Describe how this project preserves, restores, interprets, or promotes Eaton County’s history, culture, or heritage.</w:t>
      </w:r>
    </w:p>
    <w:p w:rsidR="00BD36B7" w:rsidRDefault="002E2E48" w14:paraId="00000033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34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35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______________________________________________________________________________</w:t>
      </w:r>
    </w:p>
    <w:p w:rsidR="00BD36B7" w:rsidRDefault="002E2E48" w14:paraId="00000036" w14:textId="77777777">
      <w:pPr>
        <w:pStyle w:val="Heading1"/>
      </w:pPr>
      <w:r>
        <w:t>Section V – Budget &amp; Timeline</w:t>
      </w:r>
    </w:p>
    <w:p w:rsidR="00BD36B7" w:rsidRDefault="002E2E48" w14:paraId="00000037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Total Grant Amount Requested: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38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Total Project Cost: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39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Project Start Date: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3A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Project End Date: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3B" w14:textId="77777777">
      <w:pPr>
        <w:pStyle w:val="Heading1"/>
      </w:pPr>
      <w:r>
        <w:t>Section VI – Staff &amp; Volunteers</w:t>
      </w:r>
    </w:p>
    <w:p w:rsidR="00BD36B7" w:rsidRDefault="002E2E48" w14:paraId="0000003C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List the number and qualifications of staff and/or volunteers who will work on this project.</w:t>
      </w:r>
    </w:p>
    <w:p w:rsidR="00BD36B7" w:rsidRDefault="002E2E48" w14:paraId="0000003D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</w:t>
      </w:r>
    </w:p>
    <w:p w:rsidR="00BD36B7" w:rsidRDefault="002E2E48" w14:paraId="0000003E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</w:t>
      </w:r>
    </w:p>
    <w:p w:rsidR="00BD36B7" w:rsidRDefault="002E2E48" w14:paraId="0000003F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____________________________________________________________</w:t>
      </w:r>
    </w:p>
    <w:p w:rsidR="00BD36B7" w:rsidRDefault="002E2E48" w14:paraId="00000040" w14:textId="77777777">
      <w:pPr>
        <w:pStyle w:val="Heading1"/>
      </w:pPr>
      <w:r>
        <w:t>Section VII – Other Funding Sources</w:t>
      </w:r>
    </w:p>
    <w:p w:rsidR="00BD36B7" w:rsidRDefault="002E2E48" w14:paraId="00000041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Funding Source / Amount: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42" w14:textId="77777777">
      <w:pPr>
        <w:pStyle w:val="Heading1"/>
      </w:pPr>
      <w:r>
        <w:t>Section VIII – Certification</w:t>
      </w:r>
    </w:p>
    <w:p w:rsidR="00BD36B7" w:rsidRDefault="002E2E48" w14:paraId="00000043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 certify that the information contained in this application is true and correct to the best of my knowledge and that I am authorized to submit this application on behalf of the organization. I understand that grant funds must be used solely for the approved project described above. Any unspent funds will be returned to the Eaton County Historical Commission. A final project report must be submitted upon project completion or termination.</w:t>
      </w:r>
    </w:p>
    <w:p w:rsidR="00BD36B7" w:rsidRDefault="002E2E48" w14:paraId="00000044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Signature of Authorized Representative: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45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Printed Name &amp; Title: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46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  <w:b/>
          <w:bCs/>
        </w:rPr>
        <w:t xml:space="preserve">Date: </w:t>
      </w:r>
      <w:r>
        <w:rPr>
          <w:rFonts w:ascii="Calibri" w:hAnsi="Calibri" w:eastAsia="Calibri" w:cs="Calibri"/>
        </w:rPr>
        <w:t>____________________________________________</w:t>
      </w:r>
    </w:p>
    <w:p w:rsidR="00BD36B7" w:rsidRDefault="002E2E48" w14:paraId="00000047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The deadline for submitting grant applications is </w:t>
      </w:r>
      <w:r>
        <w:rPr>
          <w:rFonts w:ascii="Calibri" w:hAnsi="Calibri" w:eastAsia="Calibri" w:cs="Calibri"/>
          <w:b/>
          <w:bCs/>
        </w:rPr>
        <w:t>May 1</w:t>
      </w:r>
      <w:r>
        <w:rPr>
          <w:rFonts w:ascii="Calibri" w:hAnsi="Calibri" w:eastAsia="Calibri" w:cs="Calibri"/>
        </w:rPr>
        <w:t>.</w:t>
      </w:r>
    </w:p>
    <w:p w:rsidR="00BD36B7" w:rsidRDefault="002E2E48" w14:paraId="00000048" w14:textId="77777777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Submit to:</w:t>
      </w:r>
      <w:r>
        <w:rPr>
          <w:rFonts w:ascii="Calibri" w:hAnsi="Calibri" w:eastAsia="Calibri" w:cs="Calibri"/>
        </w:rPr>
        <w:br/>
      </w:r>
      <w:r>
        <w:rPr>
          <w:rFonts w:ascii="Calibri" w:hAnsi="Calibri" w:eastAsia="Calibri" w:cs="Calibri"/>
        </w:rPr>
        <w:t xml:space="preserve"> Eaton County Historical Commission</w:t>
      </w:r>
      <w:r>
        <w:rPr>
          <w:rFonts w:ascii="Calibri" w:hAnsi="Calibri" w:eastAsia="Calibri" w:cs="Calibri"/>
        </w:rPr>
        <w:br/>
      </w:r>
      <w:r>
        <w:rPr>
          <w:rFonts w:ascii="Calibri" w:hAnsi="Calibri" w:eastAsia="Calibri" w:cs="Calibri"/>
        </w:rPr>
        <w:t>P.O. Box 411 Charlotte, MI 48813</w:t>
      </w:r>
    </w:p>
    <w:sectPr w:rsidR="00BD36B7">
      <w:pgSz w:w="12240" w:h="15840" w:orient="portrait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1BE7591-535D-4F1A-B679-EEBAF61F80EB}" r:id="rId1"/>
    <w:embedBold w:fontKey="{A1BBD372-2D85-424F-8485-090C7926A22C}" r:id="rId2"/>
    <w:embedItalic w:fontKey="{56FF3BB0-BB17-4A00-BF55-4FE79EBD0B0F}" r:id="rId3"/>
    <w:embedBoldItalic w:fontKey="{6E93E26A-AB30-461E-8FFA-EE7946E71BE2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D4082B6-415B-4D11-AA3F-D49469800781}" r:id="rId5"/>
    <w:embedBold w:fontKey="{98B1F94B-FDEA-41A1-B6C3-226A66FF5867}" r:id="rId6"/>
    <w:embedItalic w:fontKey="{4DCD9F71-28F0-4996-BC95-6BECA1484C3C}" r:id="rId7"/>
    <w:embedBoldItalic w:fontKey="{65AA2E41-922F-4A05-A50F-F7BED7F8F09C}" r:id="rId8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QvRCTN6z" int2:invalidationBookmarkName="" int2:hashCode="+es/WlDI+Hq77f" int2:id="rHc0EHnM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11A8E"/>
    <w:multiLevelType w:val="multilevel"/>
    <w:tmpl w:val="FFFFFFFF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40920178">
    <w:abstractNumId w:val="0"/>
  </w:num>
  <w:num w:numId="2" w16cid:durableId="2433006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589231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382990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68662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23346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6B7"/>
    <w:rsid w:val="002E2E48"/>
    <w:rsid w:val="00700795"/>
    <w:rsid w:val="00BD36B7"/>
    <w:rsid w:val="1B5A27E6"/>
    <w:rsid w:val="28801D05"/>
    <w:rsid w:val="7DDEF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3B2C8E"/>
  <w15:docId w15:val="{CC6C2619-7799-4590-8993-CF3F1165092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mbria" w:hAnsi="Cambria" w:eastAsia="Cambria" w:cs="Cambria"/>
        <w:sz w:val="22"/>
        <w:szCs w:val="22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hAnsi="Calibri" w:eastAsia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hAnsi="Calibri" w:eastAsia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hAnsi="Calibri" w:eastAsia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hAnsi="Calibri" w:eastAsia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hAnsi="Calibri" w:eastAsia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hAnsi="Calibri" w:eastAsia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color="4F81BD" w:sz="8" w:space="4"/>
      </w:pBdr>
      <w:spacing w:after="300" w:line="240" w:lineRule="auto"/>
    </w:pPr>
    <w:rPr>
      <w:rFonts w:ascii="Calibri" w:hAnsi="Calibri" w:eastAsia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hAnsi="Calibri" w:eastAsia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microsoft.com/office/2020/10/relationships/intelligence" Target="intelligence2.xml" Id="R762692a218124e8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3ZcZbGFixKyaDapL8oDkLP9GxA==">CgMxLjA4AHIhMXBXOE9tdU13eUVDX3ZSNGdhS0pMQkIyWlZNUGRCdUN2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python-docx</dc:creator>
  <lastModifiedBy>Deb Malewski</lastModifiedBy>
  <revision>2</revision>
  <dcterms:created xsi:type="dcterms:W3CDTF">2026-03-11T17:09:00.0000000Z</dcterms:created>
  <dcterms:modified xsi:type="dcterms:W3CDTF">2026-03-11T17:09:57.4473245Z</dcterms:modified>
</coreProperties>
</file>